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B0E9F" w14:textId="77777777" w:rsidR="0060338E" w:rsidRDefault="00000000">
      <w:pPr>
        <w:jc w:val="center"/>
      </w:pPr>
      <w:r>
        <w:rPr>
          <w:b/>
          <w:sz w:val="28"/>
        </w:rPr>
        <w:t>Peace Christian</w:t>
      </w:r>
      <w:r>
        <w:rPr>
          <w:b/>
          <w:sz w:val="28"/>
        </w:rPr>
        <w:br/>
        <w:t>After School Care</w:t>
      </w:r>
      <w:r>
        <w:br/>
        <w:t>5590 Kings Hwy</w:t>
      </w:r>
      <w:r>
        <w:br/>
        <w:t>King George, VA 22485</w:t>
      </w:r>
    </w:p>
    <w:p w14:paraId="56DCD9B4" w14:textId="652FE846" w:rsidR="0060338E" w:rsidRDefault="00000000">
      <w:pPr>
        <w:spacing w:after="80"/>
      </w:pPr>
      <w:r>
        <w:rPr>
          <w:b/>
        </w:rPr>
        <w:t xml:space="preserve">Child's Name: </w:t>
      </w:r>
      <w:r>
        <w:t xml:space="preserve">________________________    </w:t>
      </w:r>
      <w:r>
        <w:rPr>
          <w:b/>
        </w:rPr>
        <w:t xml:space="preserve">Sex: </w:t>
      </w:r>
      <w:r>
        <w:t xml:space="preserve">__________    </w:t>
      </w:r>
      <w:r>
        <w:rPr>
          <w:b/>
        </w:rPr>
        <w:t xml:space="preserve">Birthdate: </w:t>
      </w:r>
      <w:r>
        <w:t>____________</w:t>
      </w:r>
      <w:r w:rsidR="00E31B71">
        <w:br/>
      </w:r>
      <w:r w:rsidR="00E31B71"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60338E" w14:paraId="30DB2348" w14:textId="77777777">
        <w:trPr>
          <w:trHeight w:val="446"/>
          <w:jc w:val="center"/>
        </w:trPr>
        <w:tc>
          <w:tcPr>
            <w:tcW w:w="3504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98B677" w14:textId="77777777" w:rsidR="0060338E" w:rsidRDefault="0060338E">
            <w:pPr>
              <w:jc w:val="center"/>
            </w:pPr>
          </w:p>
        </w:tc>
        <w:tc>
          <w:tcPr>
            <w:tcW w:w="3504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9CD889" w14:textId="77777777" w:rsidR="0060338E" w:rsidRDefault="00000000">
            <w:pPr>
              <w:jc w:val="center"/>
            </w:pPr>
            <w:r>
              <w:rPr>
                <w:b/>
              </w:rPr>
              <w:t>Mother</w:t>
            </w:r>
          </w:p>
        </w:tc>
        <w:tc>
          <w:tcPr>
            <w:tcW w:w="3504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BC96D" w14:textId="77777777" w:rsidR="0060338E" w:rsidRDefault="00000000">
            <w:pPr>
              <w:jc w:val="center"/>
            </w:pPr>
            <w:r>
              <w:rPr>
                <w:b/>
              </w:rPr>
              <w:t>Father</w:t>
            </w:r>
          </w:p>
        </w:tc>
      </w:tr>
      <w:tr w:rsidR="0060338E" w14:paraId="0D8286A4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E53BF9" w14:textId="77777777" w:rsidR="0060338E" w:rsidRDefault="00000000">
            <w:r>
              <w:t>Name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3AAFDA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79035B" w14:textId="77777777" w:rsidR="0060338E" w:rsidRDefault="0060338E"/>
        </w:tc>
      </w:tr>
      <w:tr w:rsidR="0060338E" w14:paraId="1BFBAF3D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3E71E" w14:textId="77777777" w:rsidR="0060338E" w:rsidRDefault="00000000">
            <w:r>
              <w:t>Address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7643CF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145B35" w14:textId="77777777" w:rsidR="0060338E" w:rsidRDefault="0060338E"/>
        </w:tc>
      </w:tr>
      <w:tr w:rsidR="0060338E" w14:paraId="0D4FCD3B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7E665E" w14:textId="77777777" w:rsidR="0060338E" w:rsidRDefault="00000000">
            <w:r>
              <w:t>Employer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29E843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C00A17" w14:textId="77777777" w:rsidR="0060338E" w:rsidRDefault="0060338E"/>
        </w:tc>
      </w:tr>
      <w:tr w:rsidR="0060338E" w14:paraId="5239B929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0FEBD" w14:textId="77777777" w:rsidR="0060338E" w:rsidRDefault="00000000">
            <w:r>
              <w:t>Home Phone #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B97C3D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E0195D" w14:textId="77777777" w:rsidR="0060338E" w:rsidRDefault="0060338E"/>
        </w:tc>
      </w:tr>
      <w:tr w:rsidR="0060338E" w14:paraId="3C00CAD3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813277" w14:textId="77777777" w:rsidR="0060338E" w:rsidRDefault="00000000">
            <w:r>
              <w:t>Work Phone #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9A72A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0EEF58" w14:textId="77777777" w:rsidR="0060338E" w:rsidRDefault="0060338E"/>
        </w:tc>
      </w:tr>
      <w:tr w:rsidR="0060338E" w14:paraId="2875F423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71E1EA" w14:textId="77777777" w:rsidR="0060338E" w:rsidRDefault="00000000">
            <w:r>
              <w:t>Cellular Phone #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F478A3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C512FB" w14:textId="77777777" w:rsidR="0060338E" w:rsidRDefault="0060338E"/>
        </w:tc>
      </w:tr>
      <w:tr w:rsidR="0060338E" w14:paraId="62C3DB21" w14:textId="77777777">
        <w:trPr>
          <w:trHeight w:val="446"/>
          <w:jc w:val="center"/>
        </w:trPr>
        <w:tc>
          <w:tcPr>
            <w:tcW w:w="3504" w:type="dxa"/>
            <w:shd w:val="clear" w:color="auto" w:fill="F6F6F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23AB18" w14:textId="77777777" w:rsidR="0060338E" w:rsidRDefault="00000000">
            <w:r>
              <w:t>Email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67A365" w14:textId="77777777" w:rsidR="0060338E" w:rsidRDefault="0060338E"/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F40DD8" w14:textId="77777777" w:rsidR="0060338E" w:rsidRDefault="0060338E"/>
        </w:tc>
      </w:tr>
    </w:tbl>
    <w:p w14:paraId="0EBA5BA8" w14:textId="77777777" w:rsidR="0060338E" w:rsidRDefault="00000000">
      <w:pPr>
        <w:spacing w:before="80" w:after="40"/>
      </w:pPr>
      <w:r>
        <w:rPr>
          <w:b/>
        </w:rPr>
        <w:t xml:space="preserve">Child's Doctor: </w:t>
      </w:r>
      <w:r>
        <w:t xml:space="preserve">____________________________    </w:t>
      </w:r>
      <w:r>
        <w:rPr>
          <w:b/>
        </w:rPr>
        <w:t xml:space="preserve">Phone: </w:t>
      </w:r>
      <w:r>
        <w:t>____________________</w:t>
      </w:r>
    </w:p>
    <w:p w14:paraId="1E5AE744" w14:textId="77777777" w:rsidR="0060338E" w:rsidRDefault="00000000">
      <w:pPr>
        <w:spacing w:before="80" w:after="40"/>
      </w:pPr>
      <w:r>
        <w:rPr>
          <w:b/>
        </w:rPr>
        <w:t xml:space="preserve">Child's Dentist: </w:t>
      </w:r>
      <w:r>
        <w:t xml:space="preserve">____________________________    </w:t>
      </w:r>
      <w:r>
        <w:rPr>
          <w:b/>
        </w:rPr>
        <w:t xml:space="preserve">Phone: </w:t>
      </w:r>
      <w:r>
        <w:t>____________________</w:t>
      </w:r>
    </w:p>
    <w:p w14:paraId="2066EE20" w14:textId="77777777" w:rsidR="0060338E" w:rsidRDefault="00000000">
      <w:pPr>
        <w:spacing w:after="0"/>
      </w:pPr>
      <w:r>
        <w:t>Does your child have any food allergies?  Yes  ☐    No  ☐</w:t>
      </w:r>
    </w:p>
    <w:p w14:paraId="27CA13F9" w14:textId="77777777" w:rsidR="0060338E" w:rsidRDefault="00000000">
      <w:pPr>
        <w:spacing w:after="0"/>
      </w:pPr>
      <w:r>
        <w:t>Does your child have any other allergies?  Yes  ☐    No  ☐</w:t>
      </w:r>
    </w:p>
    <w:p w14:paraId="0E6D02D7" w14:textId="77777777" w:rsidR="0060338E" w:rsidRDefault="00000000">
      <w:pPr>
        <w:spacing w:after="0"/>
      </w:pPr>
      <w:r>
        <w:t>Does your child have any dietary restrictions?  Yes  ☐    No  ☐</w:t>
      </w:r>
    </w:p>
    <w:p w14:paraId="07129B3F" w14:textId="77777777" w:rsidR="0060338E" w:rsidRDefault="00000000">
      <w:pPr>
        <w:spacing w:after="0"/>
      </w:pPr>
      <w:r>
        <w:t>Does your child have any special needs or health concerns?  Yes  ☐    No  ☐</w:t>
      </w:r>
    </w:p>
    <w:p w14:paraId="6FDA68A5" w14:textId="77777777" w:rsidR="0060338E" w:rsidRDefault="00000000">
      <w:pPr>
        <w:spacing w:before="120" w:after="40"/>
      </w:pPr>
      <w:r>
        <w:rPr>
          <w:b/>
        </w:rPr>
        <w:t>Please list any allergies, dietary restrictions, special needs or health concerns:</w:t>
      </w:r>
    </w:p>
    <w:p w14:paraId="3992A39B" w14:textId="77777777" w:rsidR="0060338E" w:rsidRDefault="0060338E">
      <w:pPr>
        <w:pBdr>
          <w:bottom w:val="single" w:sz="6" w:space="1" w:color="000000"/>
        </w:pBdr>
        <w:spacing w:before="100" w:after="120"/>
      </w:pPr>
    </w:p>
    <w:p w14:paraId="2C57B473" w14:textId="3A3BC7FE" w:rsidR="00E31B71" w:rsidRDefault="00E31B71" w:rsidP="00E31B71">
      <w:r>
        <w:br/>
      </w:r>
      <w:r>
        <w:rPr>
          <w:b/>
        </w:rPr>
        <w:t xml:space="preserve">Name: </w:t>
      </w:r>
      <w:r>
        <w:t xml:space="preserve">____________________________    </w:t>
      </w:r>
      <w:r>
        <w:rPr>
          <w:b/>
        </w:rPr>
        <w:t xml:space="preserve">Phone Number: </w:t>
      </w:r>
      <w:r>
        <w:t>________________________</w:t>
      </w:r>
      <w:r>
        <w:br/>
      </w:r>
    </w:p>
    <w:p w14:paraId="3BB26323" w14:textId="22742C59" w:rsidR="00E31B71" w:rsidRDefault="00E31B71" w:rsidP="00E31B71">
      <w:r>
        <w:rPr>
          <w:b/>
        </w:rPr>
        <w:t xml:space="preserve">Name: </w:t>
      </w:r>
      <w:r>
        <w:t xml:space="preserve">____________________________    </w:t>
      </w:r>
      <w:r>
        <w:rPr>
          <w:b/>
        </w:rPr>
        <w:t xml:space="preserve">Phone Number: </w:t>
      </w:r>
      <w:r>
        <w:t>________________________</w:t>
      </w:r>
      <w:r>
        <w:br/>
      </w:r>
    </w:p>
    <w:p w14:paraId="45921ADE" w14:textId="5DD61A56" w:rsidR="00E31B71" w:rsidRDefault="00E31B71" w:rsidP="00E31B71">
      <w:pPr>
        <w:spacing w:before="200"/>
      </w:pPr>
      <w:r>
        <w:br/>
      </w:r>
      <w:r>
        <w:t>I authorize the facility to secure emergency medical treatment for my child.</w:t>
      </w:r>
    </w:p>
    <w:p w14:paraId="62A504BF" w14:textId="3C4728B9" w:rsidR="0060338E" w:rsidRDefault="00E31B71" w:rsidP="008156F3">
      <w:pPr>
        <w:spacing w:before="360"/>
      </w:pPr>
      <w:r>
        <w:rPr>
          <w:b/>
        </w:rPr>
        <w:t xml:space="preserve">Parent's Signature: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</w:t>
      </w:r>
      <w:r w:rsidR="008156F3">
        <w:t>_______</w:t>
      </w:r>
    </w:p>
    <w:sectPr w:rsidR="0060338E" w:rsidSect="00034616">
      <w:footerReference w:type="default" r:id="rId8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E96D9" w14:textId="77777777" w:rsidR="00010C40" w:rsidRDefault="00010C40">
      <w:pPr>
        <w:spacing w:after="0" w:line="240" w:lineRule="auto"/>
      </w:pPr>
      <w:r>
        <w:separator/>
      </w:r>
    </w:p>
  </w:endnote>
  <w:endnote w:type="continuationSeparator" w:id="0">
    <w:p w14:paraId="29CBEB8D" w14:textId="77777777" w:rsidR="00010C40" w:rsidRDefault="00010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723F" w14:textId="77777777" w:rsidR="0060338E" w:rsidRDefault="00000000">
    <w:pPr>
      <w:pStyle w:val="Footer"/>
      <w:jc w:val="center"/>
    </w:pPr>
    <w:r>
      <w:rPr>
        <w:sz w:val="16"/>
      </w:rPr>
      <w:t>Peace Christian After School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72E42" w14:textId="77777777" w:rsidR="00010C40" w:rsidRDefault="00010C40">
      <w:pPr>
        <w:spacing w:after="0" w:line="240" w:lineRule="auto"/>
      </w:pPr>
      <w:r>
        <w:separator/>
      </w:r>
    </w:p>
  </w:footnote>
  <w:footnote w:type="continuationSeparator" w:id="0">
    <w:p w14:paraId="02729EE8" w14:textId="77777777" w:rsidR="00010C40" w:rsidRDefault="00010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179130">
    <w:abstractNumId w:val="8"/>
  </w:num>
  <w:num w:numId="2" w16cid:durableId="1393693959">
    <w:abstractNumId w:val="6"/>
  </w:num>
  <w:num w:numId="3" w16cid:durableId="730663983">
    <w:abstractNumId w:val="5"/>
  </w:num>
  <w:num w:numId="4" w16cid:durableId="295837990">
    <w:abstractNumId w:val="4"/>
  </w:num>
  <w:num w:numId="5" w16cid:durableId="652487269">
    <w:abstractNumId w:val="7"/>
  </w:num>
  <w:num w:numId="6" w16cid:durableId="1454520882">
    <w:abstractNumId w:val="3"/>
  </w:num>
  <w:num w:numId="7" w16cid:durableId="215626680">
    <w:abstractNumId w:val="2"/>
  </w:num>
  <w:num w:numId="8" w16cid:durableId="1080565921">
    <w:abstractNumId w:val="1"/>
  </w:num>
  <w:num w:numId="9" w16cid:durableId="1780685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C40"/>
    <w:rsid w:val="00034616"/>
    <w:rsid w:val="0006063C"/>
    <w:rsid w:val="0015074B"/>
    <w:rsid w:val="0029639D"/>
    <w:rsid w:val="00326F90"/>
    <w:rsid w:val="004A170D"/>
    <w:rsid w:val="0060338E"/>
    <w:rsid w:val="008156F3"/>
    <w:rsid w:val="00AA1D8D"/>
    <w:rsid w:val="00B47730"/>
    <w:rsid w:val="00B64AC8"/>
    <w:rsid w:val="00BD3859"/>
    <w:rsid w:val="00CB0664"/>
    <w:rsid w:val="00E31B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7F9148"/>
  <w14:defaultImageDpi w14:val="300"/>
  <w15:docId w15:val="{12AA88C2-1591-489A-8F10-DD1F8DC6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937</Characters>
  <Application>Microsoft Office Word</Application>
  <DocSecurity>0</DocSecurity>
  <Lines>46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Beckey Gallamore</cp:lastModifiedBy>
  <cp:revision>3</cp:revision>
  <dcterms:created xsi:type="dcterms:W3CDTF">2026-08-27T02:58:00Z</dcterms:created>
  <dcterms:modified xsi:type="dcterms:W3CDTF">2026-08-27T03:07:00Z</dcterms:modified>
  <cp:category/>
</cp:coreProperties>
</file>